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חידה – דף תכנון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להכיר את דרכי הבנייה של חידת תמונה ולתכנן חידה מקורית.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https://makom-baaretz-chidot.sites.tab.bot/orech.html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אחרי התכנון התלמידים בונים את החידה בעורך שבאתר ושולחים קישור לחברים.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בחלק ג׳ יש יותר מתשובה אחת 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השלבים של בונה החידות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מחלקים את השם לחלקים שאפשר לצייר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שאי אפשר לצייר – כותבים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מנסים את החידה על חבר או חברה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משתפים את החידה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איזו דרך זו?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צירוף מילים שלמות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מילה +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סמיכות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חיסור אות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מספר במקום 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צורת זוגי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מפרקים שם לחלקים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| בוקר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 | 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צף | 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קבלו כל פירוק הגיוני; זו הדרך שבאתר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החידה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חלקים נכונים, ציור ברור, רמז שלא מגלה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חידה – דף תכנון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קודם מתכננים. אחר כך בונים באתר.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צירוף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combination (joining words) · сочетание · ጥምረት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 · объяснение · ማብራሪያ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השלבים של בונה החידות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מחלקים את השם לחלקים שאפשר לצייר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מציירים או בוחרים תמונה לכל חלק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מנסים את החידה על חבר או חברה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בוחרים מקום בארץ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משתפים את החידה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שאי אפשר לצייר – כותבים באותיות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איזו דרך זו?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הדוגמה לבין הדרך שבה בנו את החידה.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+ פינה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מספר במקום 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 + 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מילה + אותיות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רמה + גן ← רמת גן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צורת זוגי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רהיט − 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צירוף מילים שלמות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+ 7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סמיכות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גבעה + גבעה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חיסור אות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מפרקים שם לחלקים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פרקו כל שם לחלקים: מה מציירים ומה כותבים באותיות? (אפשר יותר מתשובה אחת נכונה)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המקום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1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2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 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החידה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מקום בארץ (אפשר את היישוב שלכם!) ובנו לו חידת תמונה.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המקום: ____________________   החלקים: ______ + ______ + 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✏️ ציירו כאן את החידה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רמז קטן לפותרים: 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המקום שבחרתי לחידה: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הדרך שבה בניתי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קשה בבנייה?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חידה – דף תכנון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