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מסע משחקים על הנייר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לחזור על כל סוגי המשחקים באתר: פתרון חידות, עובדות, חוקי משחק המילים ומפה.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https://makom-baaretz-chidot.sites.tab.bot/mischakim.html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מתאים כדף חזרה בסוף היחידה או כעבודה עצמית.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 לפני השיעור: קריית שמונה – הסבר השם.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חידות תמונה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קיסריה  (קיסר + יה)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באר שבע  (באר + 7)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נצרת  (נצר + ת)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 שבע  (תל + 7)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מקום ועובדה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האגם המתוק הגדול בישראל.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יורדים אליהן ברכבל קצר ותלול.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מכונה "אם המושבות" – נוסדה ב־1878.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השם מנציח שמונה מגיני תל חי.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שמה לקוח מפסוק בתהילים: "אבן מאסו הבונים היתה לראש פינה".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חוקי המשחק – נכון או לא?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"נהר" מצויר, ו"יה" כתוב באותיות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המשחקים שלנו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משחק המפה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משחק קבוצות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מסע משחקים על הנייר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חזרה שמחבר את כל המשחקים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חידות תמונה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פתרו את החידות.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370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8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37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0581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05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2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0581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05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▢▢▢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מקום ועובדה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המקום לעובדה עליו.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כנרת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האגם המתוק הגדול בישראל.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 הנקרה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השם מנציח שמונה מגיני תל חי.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פתח 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שמה לקוח מפסוק בתהילים: "אבן מאסו הבונים היתה לראש פינה".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 שמונה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יורדים אליהן ברכבל קצר ותלול.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 פינה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מכונה "אם המושבות" – נוסדה ב־1878.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חוקי המשחק – נכון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נהריה כל השם מצויר בתמונות.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גבעתיים יש שתי גבעות – צורת זוגי.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קריית שמונה קוראים את המספר 8 בקול.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רהט מורידים אות מהמילה "רהיט".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חולון מוסיפים למילה "חול" את האותיות 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בחידה של אילת מחברים "איל" ועוד האות 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המשחקים שלנו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באיזה משחק מוצאים מקום על מפת הארץ?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משחק המפה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חידון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בונים חידה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באיזה משחק כל הכיתה מתחלקת לקבוצות?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חידת היום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משחק קבוצות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בונים 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משחק אהבתם הכי הרבה?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מסע משחקים על הנייר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